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224" w:val="right"/>
        </w:tabs>
        <w:spacing w:after="0"/>
      </w:pPr>
      <w:r>
        <w:rPr>
          <w:rFonts w:ascii="Arial" w:hAnsi="Arial"/>
          <w:b/>
          <w:color w:val="2B4BD8"/>
          <w:sz w:val="40"/>
        </w:rPr>
        <w:t>COMMERCIAL INVOICE</w:t>
      </w:r>
      <w:r>
        <w:rPr>
          <w:rFonts w:ascii="Arial" w:hAnsi="Arial"/>
          <w:b w:val="0"/>
          <w:color w:val="5C6270"/>
          <w:sz w:val="14"/>
        </w:rPr>
        <w:tab/>
        <w:t xml:space="preserve">Invoice no.  </w:t>
      </w:r>
      <w:r>
        <w:rPr>
          <w:rFonts w:ascii="Arial" w:hAnsi="Arial"/>
          <w:b/>
          <w:color w:val="14161B"/>
          <w:sz w:val="18"/>
        </w:rPr>
        <w:t>[CI-0001]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Date  </w:t>
      </w:r>
      <w:r>
        <w:rPr>
          <w:rFonts w:ascii="Arial" w:hAnsi="Arial"/>
          <w:b/>
          <w:color w:val="14161B"/>
          <w:sz w:val="18"/>
        </w:rPr>
        <w:t>[MM/DD/YYYY]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Incoterms  </w:t>
      </w:r>
      <w:r>
        <w:rPr>
          <w:rFonts w:ascii="Arial" w:hAnsi="Arial"/>
          <w:b/>
          <w:color w:val="14161B"/>
          <w:sz w:val="18"/>
        </w:rPr>
        <w:t>[DAP]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Currency  </w:t>
      </w:r>
      <w:r>
        <w:rPr>
          <w:rFonts w:ascii="Arial" w:hAnsi="Arial"/>
          <w:b/>
          <w:color w:val="14161B"/>
          <w:sz w:val="18"/>
        </w:rPr>
        <w:t>[USD]</w:t>
      </w:r>
    </w:p>
    <w:p>
      <w:pPr>
        <w:spacing w:before="40" w:after="160"/>
        <w:pBdr>
          <w:bottom w:val="single" w:sz="6" w:color="E4E5EA"/>
        </w:pBdr>
      </w:pPr>
    </w:p>
    <w:p>
      <w:pPr>
        <w:tabs>
          <w:tab w:pos="5112" w:val="left"/>
        </w:tabs>
        <w:spacing w:after="0"/>
      </w:pPr>
      <w:r>
        <w:rPr>
          <w:rFonts w:ascii="Arial" w:hAnsi="Arial"/>
          <w:b/>
          <w:color w:val="5C6270"/>
          <w:sz w:val="14"/>
        </w:rPr>
        <w:t>EXPORTER</w:t>
      </w:r>
      <w:r>
        <w:rPr>
          <w:rFonts w:ascii="Arial" w:hAnsi="Arial"/>
          <w:b/>
          <w:color w:val="5C6270"/>
          <w:sz w:val="14"/>
        </w:rPr>
        <w:tab/>
        <w:t>CONSIGNEE</w:t>
      </w:r>
    </w:p>
    <w:p>
      <w:pPr>
        <w:tabs>
          <w:tab w:pos="5112" w:val="left"/>
        </w:tabs>
        <w:spacing w:after="0"/>
      </w:pPr>
      <w:r>
        <w:rPr>
          <w:rFonts w:ascii="Arial" w:hAnsi="Arial"/>
          <w:b/>
          <w:color w:val="14161B"/>
          <w:sz w:val="20"/>
        </w:rPr>
        <w:t>[Your business name]</w:t>
      </w:r>
      <w:r>
        <w:rPr>
          <w:rFonts w:ascii="Arial" w:hAnsi="Arial"/>
          <w:b/>
          <w:color w:val="14161B"/>
          <w:sz w:val="20"/>
        </w:rPr>
        <w:tab/>
        <w:t>[Importer name]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[Street address]</w:t>
      </w:r>
      <w:r>
        <w:rPr>
          <w:rFonts w:ascii="Arial" w:hAnsi="Arial"/>
          <w:b w:val="0"/>
          <w:color w:val="5C6270"/>
          <w:sz w:val="17"/>
        </w:rPr>
        <w:tab/>
        <w:t>[Delivery address]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[City, State ZIP, United States]</w:t>
      </w:r>
      <w:r>
        <w:rPr>
          <w:rFonts w:ascii="Arial" w:hAnsi="Arial"/>
          <w:b w:val="0"/>
          <w:color w:val="5C6270"/>
          <w:sz w:val="17"/>
        </w:rPr>
        <w:tab/>
        <w:t>[City, Postal code, Country]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[email@yourbusiness.com]</w:t>
      </w:r>
      <w:r>
        <w:rPr>
          <w:rFonts w:ascii="Arial" w:hAnsi="Arial"/>
          <w:b w:val="0"/>
          <w:color w:val="5C6270"/>
          <w:sz w:val="17"/>
        </w:rPr>
        <w:tab/>
        <w:t>[contact@importer.com]</w:t>
      </w:r>
    </w:p>
    <w:p>
      <w:pPr>
        <w:spacing w:before="0" w:after="12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1296"/>
        <w:gridCol w:w="1440"/>
        <w:gridCol w:w="720"/>
        <w:gridCol w:w="1440"/>
        <w:gridCol w:w="1296"/>
      </w:tblGrid>
      <w:tr>
        <w:tc>
          <w:tcPr>
            <w:tcW w:type="dxa" w:w="1704"/>
            <w:shd w:val="clear" w:fill="EDF0FE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DESCRIPTION</w:t>
            </w:r>
          </w:p>
        </w:tc>
        <w:tc>
          <w:tcPr>
            <w:tcW w:type="dxa" w:w="1704"/>
            <w:shd w:val="clear" w:fill="EDF0FE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HS CODE</w:t>
            </w:r>
          </w:p>
        </w:tc>
        <w:tc>
          <w:tcPr>
            <w:tcW w:type="dxa" w:w="1704"/>
            <w:shd w:val="clear" w:fill="EDF0FE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COUNTRY OF ORIGIN</w:t>
            </w:r>
          </w:p>
        </w:tc>
        <w:tc>
          <w:tcPr>
            <w:tcW w:type="dxa" w:w="1704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QTY</w:t>
            </w:r>
          </w:p>
        </w:tc>
        <w:tc>
          <w:tcPr>
            <w:tcW w:type="dxa" w:w="1704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UNIT VALUE</w:t>
            </w:r>
          </w:p>
        </w:tc>
        <w:tc>
          <w:tcPr>
            <w:tcW w:type="dxa" w:w="1704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AMOUNT</w:t>
            </w:r>
          </w:p>
        </w:tc>
      </w:tr>
      <w:tr>
        <w:tc>
          <w:tcPr>
            <w:tcW w:type="dxa" w:w="403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[0000.00]</w:t>
            </w:r>
          </w:p>
        </w:tc>
        <w:tc>
          <w:tcPr>
            <w:tcW w:type="dxa" w:w="144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[US]</w:t>
            </w:r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403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[0000.00]</w:t>
            </w:r>
          </w:p>
        </w:tc>
        <w:tc>
          <w:tcPr>
            <w:tcW w:type="dxa" w:w="144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[US]</w:t>
            </w:r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403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[0000.00]</w:t>
            </w:r>
          </w:p>
        </w:tc>
        <w:tc>
          <w:tcPr>
            <w:tcW w:type="dxa" w:w="144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[US]</w:t>
            </w:r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403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[0000.00]</w:t>
            </w:r>
          </w:p>
        </w:tc>
        <w:tc>
          <w:tcPr>
            <w:tcW w:type="dxa" w:w="144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[US]</w:t>
            </w:r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403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[0000.00]</w:t>
            </w:r>
          </w:p>
        </w:tc>
        <w:tc>
          <w:tcPr>
            <w:tcW w:type="dxa" w:w="144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[US]</w:t>
            </w:r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403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[0000.00]</w:t>
            </w:r>
          </w:p>
        </w:tc>
        <w:tc>
          <w:tcPr>
            <w:tcW w:type="dxa" w:w="144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[US]</w:t>
            </w:r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403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[0000.00]</w:t>
            </w:r>
          </w:p>
        </w:tc>
        <w:tc>
          <w:tcPr>
            <w:tcW w:type="dxa" w:w="144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[US]</w:t>
            </w:r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4032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[0000.00]</w:t>
            </w:r>
          </w:p>
        </w:tc>
        <w:tc>
          <w:tcPr>
            <w:tcW w:type="dxa" w:w="144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[US]</w:t>
            </w:r>
          </w:p>
        </w:tc>
        <w:tc>
          <w:tcPr>
            <w:tcW w:type="dxa" w:w="72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</w:tbl>
    <w:p>
      <w:pPr>
        <w:spacing w:before="0" w:after="40"/>
      </w:pPr>
    </w:p>
    <w:p>
      <w:pPr>
        <w:tabs>
          <w:tab w:pos="10224" w:val="right"/>
        </w:tabs>
        <w:spacing w:after="40"/>
      </w:pPr>
      <w:r>
        <w:rPr>
          <w:rFonts w:ascii="Arial" w:hAnsi="Arial"/>
          <w:b w:val="0"/>
          <w:color w:val="14161B"/>
          <w:sz w:val="18"/>
        </w:rPr>
        <w:t>Subtotal</w:t>
        <w:tab/>
        <w:t>$0.00</w:t>
      </w:r>
    </w:p>
    <w:p>
      <w:pPr>
        <w:tabs>
          <w:tab w:pos="10224" w:val="right"/>
        </w:tabs>
        <w:spacing w:after="40"/>
      </w:pPr>
      <w:r>
        <w:rPr>
          <w:rFonts w:ascii="Arial" w:hAnsi="Arial"/>
          <w:b w:val="0"/>
          <w:color w:val="14161B"/>
          <w:sz w:val="18"/>
        </w:rPr>
        <w:t>Freight</w:t>
        <w:tab/>
        <w:t>$0.00</w:t>
      </w:r>
    </w:p>
    <w:p>
      <w:pPr>
        <w:tabs>
          <w:tab w:pos="10224" w:val="right"/>
        </w:tabs>
        <w:spacing w:after="40"/>
      </w:pPr>
      <w:r>
        <w:rPr>
          <w:rFonts w:ascii="Arial" w:hAnsi="Arial"/>
          <w:b w:val="0"/>
          <w:color w:val="14161B"/>
          <w:sz w:val="18"/>
        </w:rPr>
        <w:t>Insurance</w:t>
        <w:tab/>
        <w:t>$0.00</w:t>
      </w:r>
    </w:p>
    <w:p>
      <w:pPr>
        <w:tabs>
          <w:tab w:pos="10224" w:val="right"/>
        </w:tabs>
        <w:spacing w:after="40"/>
      </w:pPr>
      <w:r>
        <w:rPr>
          <w:rFonts w:ascii="Arial" w:hAnsi="Arial"/>
          <w:b/>
          <w:color w:val="14161B"/>
          <w:sz w:val="22"/>
        </w:rPr>
        <w:t>Total value</w:t>
        <w:tab/>
        <w:t>$0.00</w:t>
      </w:r>
    </w:p>
    <w:p>
      <w:pPr>
        <w:spacing w:before="240" w:after="40"/>
      </w:pPr>
      <w:r>
        <w:rPr>
          <w:rFonts w:ascii="Arial" w:hAnsi="Arial"/>
          <w:b/>
          <w:color w:val="5C6270"/>
          <w:sz w:val="14"/>
        </w:rPr>
        <w:t>NOTES</w:t>
      </w:r>
    </w:p>
    <w:p>
      <w:pPr>
        <w:spacing w:before="0" w:after="40"/>
      </w:pPr>
      <w:r>
        <w:rPr>
          <w:rFonts w:ascii="Arial" w:hAnsi="Arial"/>
          <w:b w:val="0"/>
          <w:color w:val="5C6270"/>
          <w:sz w:val="17"/>
        </w:rPr>
        <w:t>[Declaration: I declare the information on this invoice to be true and correct.]</w:t>
      </w:r>
    </w:p>
    <w:p>
      <w:pPr>
        <w:spacing w:before="160" w:after="40"/>
      </w:pPr>
      <w:r>
        <w:rPr>
          <w:rFonts w:ascii="Arial" w:hAnsi="Arial"/>
          <w:b/>
          <w:color w:val="5C6270"/>
          <w:sz w:val="14"/>
        </w:rPr>
        <w:t>PAYMENT TERMS</w:t>
      </w:r>
    </w:p>
    <w:p>
      <w:pPr>
        <w:spacing w:before="0" w:after="40"/>
      </w:pPr>
      <w:r>
        <w:rPr>
          <w:rFonts w:ascii="Arial" w:hAnsi="Arial"/>
          <w:b w:val="0"/>
          <w:color w:val="5C6270"/>
          <w:sz w:val="17"/>
        </w:rPr>
        <w:t>[Payment terms, bank details and any letter of credit reference.]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5C6270"/>
        <w:sz w:val="14"/>
      </w:rPr>
      <w:t>BillCanvas · billcanvas.com/templates/commercial-invoice/   |   Replace bracketed text before sending.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4161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