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tabs>
          <w:tab w:pos="10224" w:val="right"/>
        </w:tabs>
        <w:spacing w:after="0"/>
      </w:pPr>
      <w:r>
        <w:rPr>
          <w:rFonts w:ascii="Arial" w:hAnsi="Arial"/>
          <w:b/>
          <w:color w:val="2B4BD8"/>
          <w:sz w:val="52"/>
        </w:rPr>
        <w:t>INVOICE</w:t>
      </w:r>
      <w:r>
        <w:rPr>
          <w:rFonts w:ascii="Arial" w:hAnsi="Arial"/>
          <w:b w:val="0"/>
          <w:color w:val="5C6270"/>
          <w:sz w:val="14"/>
        </w:rPr>
        <w:tab/>
        <w:t xml:space="preserve">Invoice no.  </w:t>
      </w:r>
      <w:r>
        <w:rPr>
          <w:rFonts w:ascii="Arial" w:hAnsi="Arial"/>
          <w:b/>
          <w:color w:val="14161B"/>
          <w:sz w:val="18"/>
        </w:rPr>
        <w:t>[BC-0001]</w:t>
      </w:r>
    </w:p>
    <w:p>
      <w:pPr>
        <w:tabs>
          <w:tab w:pos="10224" w:val="right"/>
        </w:tabs>
        <w:spacing w:after="20"/>
      </w:pPr>
      <w:r>
        <w:rPr>
          <w:rFonts w:ascii="Arial" w:hAnsi="Arial"/>
          <w:b w:val="0"/>
          <w:color w:val="5C6270"/>
          <w:sz w:val="14"/>
        </w:rPr>
        <w:tab/>
        <w:t xml:space="preserve">Date  </w:t>
      </w:r>
      <w:r>
        <w:rPr>
          <w:rFonts w:ascii="Arial" w:hAnsi="Arial"/>
          <w:b/>
          <w:color w:val="14161B"/>
          <w:sz w:val="18"/>
        </w:rPr>
        <w:t>[MM/DD/YYYY]</w:t>
      </w:r>
    </w:p>
    <w:p>
      <w:pPr>
        <w:tabs>
          <w:tab w:pos="10224" w:val="right"/>
        </w:tabs>
        <w:spacing w:after="20"/>
      </w:pPr>
      <w:r>
        <w:rPr>
          <w:rFonts w:ascii="Arial" w:hAnsi="Arial"/>
          <w:b w:val="0"/>
          <w:color w:val="5C6270"/>
          <w:sz w:val="14"/>
        </w:rPr>
        <w:tab/>
        <w:t xml:space="preserve">Due  </w:t>
      </w:r>
      <w:r>
        <w:rPr>
          <w:rFonts w:ascii="Arial" w:hAnsi="Arial"/>
          <w:b/>
          <w:color w:val="14161B"/>
          <w:sz w:val="18"/>
        </w:rPr>
        <w:t>[MM/DD/YYYY]</w:t>
      </w:r>
    </w:p>
    <w:p>
      <w:pPr>
        <w:spacing w:before="40" w:after="160"/>
        <w:pBdr>
          <w:bottom w:val="single" w:sz="6" w:color="E4E5EA"/>
        </w:pBdr>
      </w:pPr>
    </w:p>
    <w:p>
      <w:pPr>
        <w:tabs>
          <w:tab w:pos="5112" w:val="left"/>
        </w:tabs>
        <w:spacing w:after="0"/>
      </w:pPr>
      <w:r>
        <w:rPr>
          <w:rFonts w:ascii="Arial" w:hAnsi="Arial"/>
          <w:b/>
          <w:color w:val="5C6270"/>
          <w:sz w:val="14"/>
        </w:rPr>
        <w:t>FROM</w:t>
      </w:r>
      <w:r>
        <w:rPr>
          <w:rFonts w:ascii="Arial" w:hAnsi="Arial"/>
          <w:b/>
          <w:color w:val="5C6270"/>
          <w:sz w:val="14"/>
        </w:rPr>
        <w:tab/>
        <w:t>BILL TO</w:t>
      </w:r>
    </w:p>
    <w:p>
      <w:pPr>
        <w:tabs>
          <w:tab w:pos="5112" w:val="left"/>
        </w:tabs>
        <w:spacing w:after="0"/>
      </w:pPr>
      <w:r>
        <w:rPr>
          <w:rFonts w:ascii="Arial" w:hAnsi="Arial"/>
          <w:b/>
          <w:color w:val="14161B"/>
          <w:sz w:val="20"/>
        </w:rPr>
        <w:t>[Your business name]</w:t>
      </w:r>
      <w:r>
        <w:rPr>
          <w:rFonts w:ascii="Arial" w:hAnsi="Arial"/>
          <w:b/>
          <w:color w:val="14161B"/>
          <w:sz w:val="20"/>
        </w:rPr>
        <w:tab/>
        <w:t>[Client name]</w:t>
      </w:r>
    </w:p>
    <w:p>
      <w:pPr>
        <w:tabs>
          <w:tab w:pos="5112" w:val="left"/>
        </w:tabs>
        <w:spacing w:after="0"/>
      </w:pPr>
      <w:r>
        <w:rPr>
          <w:rFonts w:ascii="Arial" w:hAnsi="Arial"/>
          <w:b w:val="0"/>
          <w:color w:val="14161B"/>
          <w:sz w:val="17"/>
        </w:rPr>
        <w:t>[Street address]</w:t>
      </w:r>
      <w:r>
        <w:rPr>
          <w:rFonts w:ascii="Arial" w:hAnsi="Arial"/>
          <w:b w:val="0"/>
          <w:color w:val="5C6270"/>
          <w:sz w:val="17"/>
        </w:rPr>
        <w:tab/>
        <w:t>[Billing address]</w:t>
      </w:r>
    </w:p>
    <w:p>
      <w:pPr>
        <w:tabs>
          <w:tab w:pos="5112" w:val="left"/>
        </w:tabs>
        <w:spacing w:after="0"/>
      </w:pPr>
      <w:r>
        <w:rPr>
          <w:rFonts w:ascii="Arial" w:hAnsi="Arial"/>
          <w:b w:val="0"/>
          <w:color w:val="14161B"/>
          <w:sz w:val="17"/>
        </w:rPr>
        <w:t>[City, State ZIP]</w:t>
      </w:r>
      <w:r>
        <w:rPr>
          <w:rFonts w:ascii="Arial" w:hAnsi="Arial"/>
          <w:b w:val="0"/>
          <w:color w:val="5C6270"/>
          <w:sz w:val="17"/>
        </w:rPr>
        <w:tab/>
        <w:t>[City, State ZIP]</w:t>
      </w:r>
    </w:p>
    <w:p>
      <w:pPr>
        <w:tabs>
          <w:tab w:pos="5112" w:val="left"/>
        </w:tabs>
        <w:spacing w:after="0"/>
      </w:pPr>
      <w:r>
        <w:rPr>
          <w:rFonts w:ascii="Arial" w:hAnsi="Arial"/>
          <w:b w:val="0"/>
          <w:color w:val="14161B"/>
          <w:sz w:val="17"/>
        </w:rPr>
        <w:t>[email@yourbusiness.com]</w:t>
      </w:r>
      <w:r>
        <w:rPr>
          <w:rFonts w:ascii="Arial" w:hAnsi="Arial"/>
          <w:b w:val="0"/>
          <w:color w:val="5C6270"/>
          <w:sz w:val="17"/>
        </w:rPr>
        <w:tab/>
        <w:t>[ap@client.com]</w:t>
      </w:r>
    </w:p>
    <w:p>
      <w:pPr>
        <w:spacing w:before="0" w:after="120"/>
      </w:pP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048"/>
        <w:gridCol w:w="1152"/>
        <w:gridCol w:w="1440"/>
        <w:gridCol w:w="1584"/>
      </w:tblGrid>
      <w:tr>
        <w:tc>
          <w:tcPr>
            <w:tcW w:type="dxa" w:w="2556"/>
            <w:shd w:val="clear" w:fill="EDF0FE"/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/>
                <w:color w:val="5C6270"/>
                <w:sz w:val="14"/>
              </w:rPr>
              <w:t>DESCRIPTION</w:t>
            </w:r>
          </w:p>
        </w:tc>
        <w:tc>
          <w:tcPr>
            <w:tcW w:type="dxa" w:w="2556"/>
            <w:shd w:val="clear" w:fill="EDF0FE"/>
          </w:tcPr>
          <w:p>
            <w:pPr>
              <w:spacing w:after="0"/>
              <w:jc w:val="right"/>
            </w:pPr>
            <w:r/>
            <w:r>
              <w:rPr>
                <w:rFonts w:ascii="Arial" w:hAnsi="Arial"/>
                <w:b/>
                <w:color w:val="5C6270"/>
                <w:sz w:val="14"/>
              </w:rPr>
              <w:t>QTY</w:t>
            </w:r>
          </w:p>
        </w:tc>
        <w:tc>
          <w:tcPr>
            <w:tcW w:type="dxa" w:w="2556"/>
            <w:shd w:val="clear" w:fill="EDF0FE"/>
          </w:tcPr>
          <w:p>
            <w:pPr>
              <w:spacing w:after="0"/>
              <w:jc w:val="right"/>
            </w:pPr>
            <w:r/>
            <w:r>
              <w:rPr>
                <w:rFonts w:ascii="Arial" w:hAnsi="Arial"/>
                <w:b/>
                <w:color w:val="5C6270"/>
                <w:sz w:val="14"/>
              </w:rPr>
              <w:t>RATE</w:t>
            </w:r>
          </w:p>
        </w:tc>
        <w:tc>
          <w:tcPr>
            <w:tcW w:type="dxa" w:w="2556"/>
            <w:shd w:val="clear" w:fill="EDF0FE"/>
          </w:tcPr>
          <w:p>
            <w:pPr>
              <w:spacing w:after="0"/>
              <w:jc w:val="right"/>
            </w:pPr>
            <w:r/>
            <w:r>
              <w:rPr>
                <w:rFonts w:ascii="Arial" w:hAnsi="Arial"/>
                <w:b/>
                <w:color w:val="5C6270"/>
                <w:sz w:val="14"/>
              </w:rPr>
              <w:t>AMOUNT</w:t>
            </w:r>
          </w:p>
        </w:tc>
      </w:tr>
      <w:tr>
        <w:tc>
          <w:tcPr>
            <w:tcW w:type="dxa" w:w="6048"/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14161B"/>
                <w:sz w:val="18"/>
              </w:rPr>
              <w:t>[Description]</w:t>
            </w:r>
          </w:p>
        </w:tc>
        <w:tc>
          <w:tcPr>
            <w:tcW w:type="dxa" w:w="1152"/>
          </w:tcPr>
          <w:p>
            <w:pPr>
              <w:spacing w:after="0"/>
              <w:jc w:val="right"/>
            </w:pPr>
            <w:r/>
            <w:r>
              <w:rPr>
                <w:rFonts w:ascii="Arial" w:hAnsi="Arial"/>
                <w:b w:val="0"/>
                <w:color w:val="14161B"/>
                <w:sz w:val="18"/>
              </w:rPr>
              <w:t>[1]</w:t>
            </w:r>
          </w:p>
        </w:tc>
        <w:tc>
          <w:tcPr>
            <w:tcW w:type="dxa" w:w="1440"/>
          </w:tcPr>
          <w:p>
            <w:pPr>
              <w:spacing w:after="0"/>
              <w:jc w:val="right"/>
            </w:pPr>
            <w:r/>
            <w:r>
              <w:rPr>
                <w:rFonts w:ascii="Arial" w:hAnsi="Arial"/>
                <w:b w:val="0"/>
                <w:color w:val="14161B"/>
                <w:sz w:val="18"/>
              </w:rPr>
              <w:t>$0.00</w:t>
            </w:r>
          </w:p>
        </w:tc>
        <w:tc>
          <w:tcPr>
            <w:tcW w:type="dxa" w:w="1584"/>
          </w:tcPr>
          <w:p>
            <w:pPr>
              <w:spacing w:after="0"/>
              <w:jc w:val="right"/>
            </w:pPr>
            <w:r/>
            <w:r>
              <w:rPr>
                <w:rFonts w:ascii="Arial" w:hAnsi="Arial"/>
                <w:b w:val="0"/>
                <w:color w:val="14161B"/>
                <w:sz w:val="18"/>
              </w:rPr>
              <w:t>$0.00</w:t>
            </w:r>
          </w:p>
        </w:tc>
      </w:tr>
      <w:tr>
        <w:tc>
          <w:tcPr>
            <w:tcW w:type="dxa" w:w="6048"/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14161B"/>
                <w:sz w:val="18"/>
              </w:rPr>
              <w:t>[Description]</w:t>
            </w:r>
          </w:p>
        </w:tc>
        <w:tc>
          <w:tcPr>
            <w:tcW w:type="dxa" w:w="1152"/>
          </w:tcPr>
          <w:p>
            <w:pPr>
              <w:spacing w:after="0"/>
              <w:jc w:val="right"/>
            </w:pPr>
            <w:r/>
            <w:r>
              <w:rPr>
                <w:rFonts w:ascii="Arial" w:hAnsi="Arial"/>
                <w:b w:val="0"/>
                <w:color w:val="14161B"/>
                <w:sz w:val="18"/>
              </w:rPr>
              <w:t>[1]</w:t>
            </w:r>
          </w:p>
        </w:tc>
        <w:tc>
          <w:tcPr>
            <w:tcW w:type="dxa" w:w="1440"/>
          </w:tcPr>
          <w:p>
            <w:pPr>
              <w:spacing w:after="0"/>
              <w:jc w:val="right"/>
            </w:pPr>
            <w:r/>
            <w:r>
              <w:rPr>
                <w:rFonts w:ascii="Arial" w:hAnsi="Arial"/>
                <w:b w:val="0"/>
                <w:color w:val="14161B"/>
                <w:sz w:val="18"/>
              </w:rPr>
              <w:t>$0.00</w:t>
            </w:r>
          </w:p>
        </w:tc>
        <w:tc>
          <w:tcPr>
            <w:tcW w:type="dxa" w:w="1584"/>
          </w:tcPr>
          <w:p>
            <w:pPr>
              <w:spacing w:after="0"/>
              <w:jc w:val="right"/>
            </w:pPr>
            <w:r/>
            <w:r>
              <w:rPr>
                <w:rFonts w:ascii="Arial" w:hAnsi="Arial"/>
                <w:b w:val="0"/>
                <w:color w:val="14161B"/>
                <w:sz w:val="18"/>
              </w:rPr>
              <w:t>$0.00</w:t>
            </w:r>
          </w:p>
        </w:tc>
      </w:tr>
      <w:tr>
        <w:tc>
          <w:tcPr>
            <w:tcW w:type="dxa" w:w="6048"/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14161B"/>
                <w:sz w:val="18"/>
              </w:rPr>
              <w:t>[Description]</w:t>
            </w:r>
          </w:p>
        </w:tc>
        <w:tc>
          <w:tcPr>
            <w:tcW w:type="dxa" w:w="1152"/>
          </w:tcPr>
          <w:p>
            <w:pPr>
              <w:spacing w:after="0"/>
              <w:jc w:val="right"/>
            </w:pPr>
            <w:r/>
            <w:r>
              <w:rPr>
                <w:rFonts w:ascii="Arial" w:hAnsi="Arial"/>
                <w:b w:val="0"/>
                <w:color w:val="14161B"/>
                <w:sz w:val="18"/>
              </w:rPr>
              <w:t>[1]</w:t>
            </w:r>
          </w:p>
        </w:tc>
        <w:tc>
          <w:tcPr>
            <w:tcW w:type="dxa" w:w="1440"/>
          </w:tcPr>
          <w:p>
            <w:pPr>
              <w:spacing w:after="0"/>
              <w:jc w:val="right"/>
            </w:pPr>
            <w:r/>
            <w:r>
              <w:rPr>
                <w:rFonts w:ascii="Arial" w:hAnsi="Arial"/>
                <w:b w:val="0"/>
                <w:color w:val="14161B"/>
                <w:sz w:val="18"/>
              </w:rPr>
              <w:t>$0.00</w:t>
            </w:r>
          </w:p>
        </w:tc>
        <w:tc>
          <w:tcPr>
            <w:tcW w:type="dxa" w:w="1584"/>
          </w:tcPr>
          <w:p>
            <w:pPr>
              <w:spacing w:after="0"/>
              <w:jc w:val="right"/>
            </w:pPr>
            <w:r/>
            <w:r>
              <w:rPr>
                <w:rFonts w:ascii="Arial" w:hAnsi="Arial"/>
                <w:b w:val="0"/>
                <w:color w:val="14161B"/>
                <w:sz w:val="18"/>
              </w:rPr>
              <w:t>$0.00</w:t>
            </w:r>
          </w:p>
        </w:tc>
      </w:tr>
      <w:tr>
        <w:tc>
          <w:tcPr>
            <w:tcW w:type="dxa" w:w="6048"/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14161B"/>
                <w:sz w:val="18"/>
              </w:rPr>
              <w:t>[Description]</w:t>
            </w:r>
          </w:p>
        </w:tc>
        <w:tc>
          <w:tcPr>
            <w:tcW w:type="dxa" w:w="1152"/>
          </w:tcPr>
          <w:p>
            <w:pPr>
              <w:spacing w:after="0"/>
              <w:jc w:val="right"/>
            </w:pPr>
            <w:r/>
            <w:r>
              <w:rPr>
                <w:rFonts w:ascii="Arial" w:hAnsi="Arial"/>
                <w:b w:val="0"/>
                <w:color w:val="14161B"/>
                <w:sz w:val="18"/>
              </w:rPr>
              <w:t>[1]</w:t>
            </w:r>
          </w:p>
        </w:tc>
        <w:tc>
          <w:tcPr>
            <w:tcW w:type="dxa" w:w="1440"/>
          </w:tcPr>
          <w:p>
            <w:pPr>
              <w:spacing w:after="0"/>
              <w:jc w:val="right"/>
            </w:pPr>
            <w:r/>
            <w:r>
              <w:rPr>
                <w:rFonts w:ascii="Arial" w:hAnsi="Arial"/>
                <w:b w:val="0"/>
                <w:color w:val="14161B"/>
                <w:sz w:val="18"/>
              </w:rPr>
              <w:t>$0.00</w:t>
            </w:r>
          </w:p>
        </w:tc>
        <w:tc>
          <w:tcPr>
            <w:tcW w:type="dxa" w:w="1584"/>
          </w:tcPr>
          <w:p>
            <w:pPr>
              <w:spacing w:after="0"/>
              <w:jc w:val="right"/>
            </w:pPr>
            <w:r/>
            <w:r>
              <w:rPr>
                <w:rFonts w:ascii="Arial" w:hAnsi="Arial"/>
                <w:b w:val="0"/>
                <w:color w:val="14161B"/>
                <w:sz w:val="18"/>
              </w:rPr>
              <w:t>$0.00</w:t>
            </w:r>
          </w:p>
        </w:tc>
      </w:tr>
      <w:tr>
        <w:tc>
          <w:tcPr>
            <w:tcW w:type="dxa" w:w="6048"/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14161B"/>
                <w:sz w:val="18"/>
              </w:rPr>
              <w:t>[Description]</w:t>
            </w:r>
          </w:p>
        </w:tc>
        <w:tc>
          <w:tcPr>
            <w:tcW w:type="dxa" w:w="1152"/>
          </w:tcPr>
          <w:p>
            <w:pPr>
              <w:spacing w:after="0"/>
              <w:jc w:val="right"/>
            </w:pPr>
            <w:r/>
            <w:r>
              <w:rPr>
                <w:rFonts w:ascii="Arial" w:hAnsi="Arial"/>
                <w:b w:val="0"/>
                <w:color w:val="14161B"/>
                <w:sz w:val="18"/>
              </w:rPr>
              <w:t>[1]</w:t>
            </w:r>
          </w:p>
        </w:tc>
        <w:tc>
          <w:tcPr>
            <w:tcW w:type="dxa" w:w="1440"/>
          </w:tcPr>
          <w:p>
            <w:pPr>
              <w:spacing w:after="0"/>
              <w:jc w:val="right"/>
            </w:pPr>
            <w:r/>
            <w:r>
              <w:rPr>
                <w:rFonts w:ascii="Arial" w:hAnsi="Arial"/>
                <w:b w:val="0"/>
                <w:color w:val="14161B"/>
                <w:sz w:val="18"/>
              </w:rPr>
              <w:t>$0.00</w:t>
            </w:r>
          </w:p>
        </w:tc>
        <w:tc>
          <w:tcPr>
            <w:tcW w:type="dxa" w:w="1584"/>
          </w:tcPr>
          <w:p>
            <w:pPr>
              <w:spacing w:after="0"/>
              <w:jc w:val="right"/>
            </w:pPr>
            <w:r/>
            <w:r>
              <w:rPr>
                <w:rFonts w:ascii="Arial" w:hAnsi="Arial"/>
                <w:b w:val="0"/>
                <w:color w:val="14161B"/>
                <w:sz w:val="18"/>
              </w:rPr>
              <w:t>$0.00</w:t>
            </w:r>
          </w:p>
        </w:tc>
      </w:tr>
      <w:tr>
        <w:tc>
          <w:tcPr>
            <w:tcW w:type="dxa" w:w="6048"/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14161B"/>
                <w:sz w:val="18"/>
              </w:rPr>
              <w:t>[Description]</w:t>
            </w:r>
          </w:p>
        </w:tc>
        <w:tc>
          <w:tcPr>
            <w:tcW w:type="dxa" w:w="1152"/>
          </w:tcPr>
          <w:p>
            <w:pPr>
              <w:spacing w:after="0"/>
              <w:jc w:val="right"/>
            </w:pPr>
            <w:r/>
            <w:r>
              <w:rPr>
                <w:rFonts w:ascii="Arial" w:hAnsi="Arial"/>
                <w:b w:val="0"/>
                <w:color w:val="14161B"/>
                <w:sz w:val="18"/>
              </w:rPr>
              <w:t>[1]</w:t>
            </w:r>
          </w:p>
        </w:tc>
        <w:tc>
          <w:tcPr>
            <w:tcW w:type="dxa" w:w="1440"/>
          </w:tcPr>
          <w:p>
            <w:pPr>
              <w:spacing w:after="0"/>
              <w:jc w:val="right"/>
            </w:pPr>
            <w:r/>
            <w:r>
              <w:rPr>
                <w:rFonts w:ascii="Arial" w:hAnsi="Arial"/>
                <w:b w:val="0"/>
                <w:color w:val="14161B"/>
                <w:sz w:val="18"/>
              </w:rPr>
              <w:t>$0.00</w:t>
            </w:r>
          </w:p>
        </w:tc>
        <w:tc>
          <w:tcPr>
            <w:tcW w:type="dxa" w:w="1584"/>
          </w:tcPr>
          <w:p>
            <w:pPr>
              <w:spacing w:after="0"/>
              <w:jc w:val="right"/>
            </w:pPr>
            <w:r/>
            <w:r>
              <w:rPr>
                <w:rFonts w:ascii="Arial" w:hAnsi="Arial"/>
                <w:b w:val="0"/>
                <w:color w:val="14161B"/>
                <w:sz w:val="18"/>
              </w:rPr>
              <w:t>$0.00</w:t>
            </w:r>
          </w:p>
        </w:tc>
      </w:tr>
    </w:tbl>
    <w:p>
      <w:pPr>
        <w:spacing w:before="0" w:after="40"/>
      </w:pPr>
    </w:p>
    <w:p>
      <w:pPr>
        <w:tabs>
          <w:tab w:pos="10224" w:val="right"/>
        </w:tabs>
        <w:spacing w:after="40"/>
      </w:pPr>
      <w:r>
        <w:rPr>
          <w:rFonts w:ascii="Arial" w:hAnsi="Arial"/>
          <w:b w:val="0"/>
          <w:color w:val="14161B"/>
          <w:sz w:val="18"/>
        </w:rPr>
        <w:t>Subtotal</w:t>
        <w:tab/>
        <w:t>$0.00</w:t>
      </w:r>
    </w:p>
    <w:p>
      <w:pPr>
        <w:tabs>
          <w:tab w:pos="10224" w:val="right"/>
        </w:tabs>
        <w:spacing w:after="40"/>
      </w:pPr>
      <w:r>
        <w:rPr>
          <w:rFonts w:ascii="Arial" w:hAnsi="Arial"/>
          <w:b w:val="0"/>
          <w:color w:val="14161B"/>
          <w:sz w:val="18"/>
        </w:rPr>
        <w:t>Tax</w:t>
        <w:tab/>
        <w:t>$0.00</w:t>
      </w:r>
    </w:p>
    <w:p>
      <w:pPr>
        <w:tabs>
          <w:tab w:pos="10224" w:val="right"/>
        </w:tabs>
        <w:spacing w:after="40"/>
      </w:pPr>
      <w:r>
        <w:rPr>
          <w:rFonts w:ascii="Arial" w:hAnsi="Arial"/>
          <w:b/>
          <w:color w:val="14161B"/>
          <w:sz w:val="22"/>
        </w:rPr>
        <w:t>Total due</w:t>
        <w:tab/>
        <w:t>$0.00</w:t>
      </w:r>
    </w:p>
    <w:p>
      <w:pPr>
        <w:spacing w:before="240" w:after="40"/>
      </w:pPr>
      <w:r>
        <w:rPr>
          <w:rFonts w:ascii="Arial" w:hAnsi="Arial"/>
          <w:b/>
          <w:color w:val="5C6270"/>
          <w:sz w:val="14"/>
        </w:rPr>
        <w:t>NOTES</w:t>
      </w:r>
    </w:p>
    <w:p>
      <w:pPr>
        <w:spacing w:before="0" w:after="40"/>
      </w:pPr>
      <w:r>
        <w:rPr>
          <w:rFonts w:ascii="Arial" w:hAnsi="Arial"/>
          <w:b w:val="0"/>
          <w:color w:val="5C6270"/>
          <w:sz w:val="17"/>
        </w:rPr>
        <w:t>[Thank you for your business. Add any notes the client needs.]</w:t>
      </w:r>
    </w:p>
    <w:p>
      <w:pPr>
        <w:spacing w:before="160" w:after="40"/>
      </w:pPr>
      <w:r>
        <w:rPr>
          <w:rFonts w:ascii="Arial" w:hAnsi="Arial"/>
          <w:b/>
          <w:color w:val="5C6270"/>
          <w:sz w:val="14"/>
        </w:rPr>
        <w:t>PAYMENT INSTRUCTIONS</w:t>
      </w:r>
    </w:p>
    <w:p>
      <w:pPr>
        <w:spacing w:before="0" w:after="40"/>
      </w:pPr>
      <w:r>
        <w:rPr>
          <w:rFonts w:ascii="Arial" w:hAnsi="Arial"/>
          <w:b w:val="0"/>
          <w:color w:val="5C6270"/>
          <w:sz w:val="17"/>
        </w:rPr>
        <w:t>[ACH details, check address, or payment link.]</w:t>
      </w:r>
    </w:p>
    <w:sectPr w:rsidR="00FC693F" w:rsidRPr="0006063C" w:rsidSect="00034616">
      <w:footerReference w:type="default" r:id="rId9"/>
      <w:pgSz w:w="12240" w:h="15840"/>
      <w:pgMar w:top="936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rial" w:hAnsi="Arial"/>
        <w:b w:val="0"/>
        <w:color w:val="5C6270"/>
        <w:sz w:val="14"/>
      </w:rPr>
      <w:t>BillCanvas · billcanvas.com/templates/   |   Replace bracketed text before sending.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color w:val="14161B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