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24" w:val="right"/>
        </w:tabs>
        <w:spacing w:after="0"/>
      </w:pPr>
      <w:r>
        <w:rPr>
          <w:rFonts w:ascii="Arial" w:hAnsi="Arial"/>
          <w:b/>
          <w:color w:val="2B4BD8"/>
          <w:sz w:val="40"/>
        </w:rPr>
        <w:t>PURCHASE ORDER</w:t>
      </w:r>
      <w:r>
        <w:rPr>
          <w:rFonts w:ascii="Arial" w:hAnsi="Arial"/>
          <w:b w:val="0"/>
          <w:color w:val="5C6270"/>
          <w:sz w:val="14"/>
        </w:rPr>
        <w:tab/>
        <w:t xml:space="preserve">PO no.  </w:t>
      </w:r>
      <w:r>
        <w:rPr>
          <w:rFonts w:ascii="Arial" w:hAnsi="Arial"/>
          <w:b/>
          <w:color w:val="14161B"/>
          <w:sz w:val="18"/>
        </w:rPr>
        <w:t>[PO-0001]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Date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tabs>
          <w:tab w:pos="10224" w:val="right"/>
        </w:tabs>
        <w:spacing w:after="20"/>
      </w:pPr>
      <w:r>
        <w:rPr>
          <w:rFonts w:ascii="Arial" w:hAnsi="Arial"/>
          <w:b w:val="0"/>
          <w:color w:val="5C6270"/>
          <w:sz w:val="14"/>
        </w:rPr>
        <w:tab/>
        <w:t xml:space="preserve">Deliver by  </w:t>
      </w:r>
      <w:r>
        <w:rPr>
          <w:rFonts w:ascii="Arial" w:hAnsi="Arial"/>
          <w:b/>
          <w:color w:val="14161B"/>
          <w:sz w:val="18"/>
        </w:rPr>
        <w:t>[MM/DD/YYYY]</w:t>
      </w:r>
    </w:p>
    <w:p>
      <w:pPr>
        <w:spacing w:before="40" w:after="160"/>
        <w:pBdr>
          <w:bottom w:val="single" w:sz="6" w:color="E4E5EA"/>
        </w:pBdr>
      </w:pP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5C6270"/>
          <w:sz w:val="14"/>
        </w:rPr>
        <w:t>FROM</w:t>
      </w:r>
      <w:r>
        <w:rPr>
          <w:rFonts w:ascii="Arial" w:hAnsi="Arial"/>
          <w:b/>
          <w:color w:val="5C6270"/>
          <w:sz w:val="14"/>
        </w:rPr>
        <w:tab/>
        <w:t>BILL TO</w:t>
      </w:r>
    </w:p>
    <w:p>
      <w:pPr>
        <w:tabs>
          <w:tab w:pos="5112" w:val="left"/>
        </w:tabs>
        <w:spacing w:after="0"/>
      </w:pPr>
      <w:r>
        <w:rPr>
          <w:rFonts w:ascii="Arial" w:hAnsi="Arial"/>
          <w:b/>
          <w:color w:val="14161B"/>
          <w:sz w:val="20"/>
        </w:rPr>
        <w:t>[Your business name]</w:t>
      </w:r>
      <w:r>
        <w:rPr>
          <w:rFonts w:ascii="Arial" w:hAnsi="Arial"/>
          <w:b/>
          <w:color w:val="14161B"/>
          <w:sz w:val="20"/>
        </w:rPr>
        <w:tab/>
        <w:t>[Client name]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[Street address]</w:t>
      </w:r>
      <w:r>
        <w:rPr>
          <w:rFonts w:ascii="Arial" w:hAnsi="Arial"/>
          <w:b w:val="0"/>
          <w:color w:val="5C6270"/>
          <w:sz w:val="17"/>
        </w:rPr>
        <w:tab/>
        <w:t>[Billing address]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[City, State ZIP]</w:t>
      </w:r>
      <w:r>
        <w:rPr>
          <w:rFonts w:ascii="Arial" w:hAnsi="Arial"/>
          <w:b w:val="0"/>
          <w:color w:val="5C6270"/>
          <w:sz w:val="17"/>
        </w:rPr>
        <w:tab/>
        <w:t>[City, State ZIP]</w:t>
      </w:r>
    </w:p>
    <w:p>
      <w:pPr>
        <w:tabs>
          <w:tab w:pos="5112" w:val="left"/>
        </w:tabs>
        <w:spacing w:after="0"/>
      </w:pPr>
      <w:r>
        <w:rPr>
          <w:rFonts w:ascii="Arial" w:hAnsi="Arial"/>
          <w:b w:val="0"/>
          <w:color w:val="14161B"/>
          <w:sz w:val="17"/>
        </w:rPr>
        <w:t>[email@yourbusiness.com]</w:t>
      </w:r>
      <w:r>
        <w:rPr>
          <w:rFonts w:ascii="Arial" w:hAnsi="Arial"/>
          <w:b w:val="0"/>
          <w:color w:val="5C6270"/>
          <w:sz w:val="17"/>
        </w:rPr>
        <w:tab/>
        <w:t>[ap@client.com]</w:t>
      </w:r>
    </w:p>
    <w:p>
      <w:pPr>
        <w:spacing w:before="0" w:after="12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48"/>
        <w:gridCol w:w="1152"/>
        <w:gridCol w:w="1440"/>
        <w:gridCol w:w="1584"/>
      </w:tblGrid>
      <w:tr>
        <w:tc>
          <w:tcPr>
            <w:tcW w:type="dxa" w:w="2556"/>
            <w:shd w:val="clear" w:fill="EDF0FE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DESCRIPTION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QTY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RATE</w:t>
            </w:r>
          </w:p>
        </w:tc>
        <w:tc>
          <w:tcPr>
            <w:tcW w:type="dxa" w:w="2556"/>
            <w:shd w:val="clear" w:fill="EDF0FE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color w:val="5C6270"/>
                <w:sz w:val="14"/>
              </w:rPr>
              <w:t>AMOUNT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  <w:tr>
        <w:tc>
          <w:tcPr>
            <w:tcW w:type="dxa" w:w="6048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[Description]</w:t>
            </w:r>
          </w:p>
        </w:tc>
        <w:tc>
          <w:tcPr>
            <w:tcW w:type="dxa" w:w="1152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[1]</w:t>
            </w:r>
          </w:p>
        </w:tc>
        <w:tc>
          <w:tcPr>
            <w:tcW w:type="dxa" w:w="1440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color w:val="14161B"/>
                <w:sz w:val="18"/>
              </w:rPr>
              <w:t>$0.00</w:t>
            </w:r>
          </w:p>
        </w:tc>
      </w:tr>
    </w:tbl>
    <w:p>
      <w:pPr>
        <w:spacing w:before="0" w:after="40"/>
      </w:pP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Subtotal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 w:val="0"/>
          <w:color w:val="14161B"/>
          <w:sz w:val="18"/>
        </w:rPr>
        <w:t>Tax</w:t>
        <w:tab/>
        <w:t>$0.00</w:t>
      </w:r>
    </w:p>
    <w:p>
      <w:pPr>
        <w:tabs>
          <w:tab w:pos="10224" w:val="right"/>
        </w:tabs>
        <w:spacing w:after="40"/>
      </w:pPr>
      <w:r>
        <w:rPr>
          <w:rFonts w:ascii="Arial" w:hAnsi="Arial"/>
          <w:b/>
          <w:color w:val="14161B"/>
          <w:sz w:val="22"/>
        </w:rPr>
        <w:t>Order total</w:t>
        <w:tab/>
        <w:t>$0.00</w:t>
      </w:r>
    </w:p>
    <w:p>
      <w:pPr>
        <w:spacing w:before="240" w:after="40"/>
      </w:pPr>
      <w:r>
        <w:rPr>
          <w:rFonts w:ascii="Arial" w:hAnsi="Arial"/>
          <w:b/>
          <w:color w:val="5C6270"/>
          <w:sz w:val="14"/>
        </w:rPr>
        <w:t>NOTES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[Delivery terms, shipping instructions and the PO reference the supplier must use on the invoice.]</w:t>
      </w:r>
    </w:p>
    <w:p>
      <w:pPr>
        <w:spacing w:before="160" w:after="40"/>
      </w:pPr>
      <w:r>
        <w:rPr>
          <w:rFonts w:ascii="Arial" w:hAnsi="Arial"/>
          <w:b/>
          <w:color w:val="5C6270"/>
          <w:sz w:val="14"/>
        </w:rPr>
        <w:t>APPROVAL</w:t>
      </w:r>
    </w:p>
    <w:p>
      <w:pPr>
        <w:spacing w:before="0" w:after="40"/>
      </w:pPr>
      <w:r>
        <w:rPr>
          <w:rFonts w:ascii="Arial" w:hAnsi="Arial"/>
          <w:b w:val="0"/>
          <w:color w:val="5C6270"/>
          <w:sz w:val="17"/>
        </w:rPr>
        <w:t>[Deliver to the address above, weekdays 9am-4pm. Include the PO number on the packing slip.]</w:t>
      </w:r>
    </w:p>
    <w:p>
      <w:pPr>
        <w:spacing w:before="0" w:after="200"/>
      </w:pPr>
    </w:p>
    <w:p>
      <w:pPr>
        <w:tabs>
          <w:tab w:pos="3456" w:val="left"/>
          <w:tab w:pos="6912" w:val="left"/>
        </w:tabs>
        <w:spacing w:after="20"/>
      </w:pPr>
      <w:r>
        <w:rPr>
          <w:rFonts w:ascii="Arial" w:hAnsi="Arial"/>
          <w:b w:val="0"/>
          <w:color w:val="5C6270"/>
          <w:sz w:val="18"/>
        </w:rPr>
        <w:t>______________________________</w:t>
        <w:tab/>
        <w:t>______________________________</w:t>
        <w:tab/>
        <w:t>______________________________</w:t>
      </w:r>
    </w:p>
    <w:p>
      <w:pPr>
        <w:tabs>
          <w:tab w:pos="3456" w:val="left"/>
          <w:tab w:pos="6912" w:val="left"/>
        </w:tabs>
        <w:spacing w:after="0"/>
      </w:pPr>
      <w:r>
        <w:rPr>
          <w:rFonts w:ascii="Arial" w:hAnsi="Arial"/>
          <w:b w:val="0"/>
          <w:color w:val="5C6270"/>
          <w:sz w:val="14"/>
        </w:rPr>
        <w:t>Requested by</w:t>
        <w:tab/>
        <w:t>Approved by</w:t>
        <w:tab/>
        <w:t>Date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C6270"/>
        <w:sz w:val="14"/>
      </w:rPr>
      <w:t>BillCanvas · billcanvas.com/templates/   |   Replace bracketed text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6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