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224" w:val="right"/>
        </w:tabs>
        <w:spacing w:after="0"/>
      </w:pPr>
      <w:r>
        <w:rPr>
          <w:rFonts w:ascii="Arial" w:hAnsi="Arial"/>
          <w:b/>
          <w:color w:val="2B4BD8"/>
          <w:sz w:val="52"/>
        </w:rPr>
        <w:t>QUOTE</w:t>
      </w:r>
      <w:r>
        <w:rPr>
          <w:rFonts w:ascii="Arial" w:hAnsi="Arial"/>
          <w:b w:val="0"/>
          <w:color w:val="5C6270"/>
          <w:sz w:val="14"/>
        </w:rPr>
        <w:tab/>
        <w:t xml:space="preserve">Quote no.  </w:t>
      </w:r>
      <w:r>
        <w:rPr>
          <w:rFonts w:ascii="Arial" w:hAnsi="Arial"/>
          <w:b/>
          <w:color w:val="14161B"/>
          <w:sz w:val="18"/>
        </w:rPr>
        <w:t>[QT-0001]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Date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Valid until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spacing w:before="40" w:after="160"/>
        <w:pBdr>
          <w:bottom w:val="single" w:sz="6" w:color="E4E5EA"/>
        </w:pBdr>
      </w:pP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5C6270"/>
          <w:sz w:val="14"/>
        </w:rPr>
        <w:t>FROM</w:t>
      </w:r>
      <w:r>
        <w:rPr>
          <w:rFonts w:ascii="Arial" w:hAnsi="Arial"/>
          <w:b/>
          <w:color w:val="5C6270"/>
          <w:sz w:val="14"/>
        </w:rPr>
        <w:tab/>
        <w:t>BILL TO</w:t>
      </w: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14161B"/>
          <w:sz w:val="20"/>
        </w:rPr>
        <w:t>[Your business name]</w:t>
      </w:r>
      <w:r>
        <w:rPr>
          <w:rFonts w:ascii="Arial" w:hAnsi="Arial"/>
          <w:b/>
          <w:color w:val="14161B"/>
          <w:sz w:val="20"/>
        </w:rPr>
        <w:tab/>
        <w:t>[Client name]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[Street address]</w:t>
      </w:r>
      <w:r>
        <w:rPr>
          <w:rFonts w:ascii="Arial" w:hAnsi="Arial"/>
          <w:b w:val="0"/>
          <w:color w:val="5C6270"/>
          <w:sz w:val="17"/>
        </w:rPr>
        <w:tab/>
        <w:t>[Billing address]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[City, State ZIP]</w:t>
      </w:r>
      <w:r>
        <w:rPr>
          <w:rFonts w:ascii="Arial" w:hAnsi="Arial"/>
          <w:b w:val="0"/>
          <w:color w:val="5C6270"/>
          <w:sz w:val="17"/>
        </w:rPr>
        <w:tab/>
        <w:t>[City, State ZIP]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[email@yourbusiness.com]</w:t>
      </w:r>
      <w:r>
        <w:rPr>
          <w:rFonts w:ascii="Arial" w:hAnsi="Arial"/>
          <w:b w:val="0"/>
          <w:color w:val="5C6270"/>
          <w:sz w:val="17"/>
        </w:rPr>
        <w:tab/>
        <w:t>[ap@client.com]</w:t>
      </w:r>
    </w:p>
    <w:p>
      <w:pPr>
        <w:spacing w:before="0" w:after="12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48"/>
        <w:gridCol w:w="1152"/>
        <w:gridCol w:w="1440"/>
        <w:gridCol w:w="1584"/>
      </w:tblGrid>
      <w:tr>
        <w:tc>
          <w:tcPr>
            <w:tcW w:type="dxa" w:w="2556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DESCRIPTION</w:t>
            </w:r>
          </w:p>
        </w:tc>
        <w:tc>
          <w:tcPr>
            <w:tcW w:type="dxa" w:w="2556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QTY</w:t>
            </w:r>
          </w:p>
        </w:tc>
        <w:tc>
          <w:tcPr>
            <w:tcW w:type="dxa" w:w="2556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RATE</w:t>
            </w:r>
          </w:p>
        </w:tc>
        <w:tc>
          <w:tcPr>
            <w:tcW w:type="dxa" w:w="2556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AMOUNT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</w:tbl>
    <w:p>
      <w:pPr>
        <w:spacing w:before="0" w:after="40"/>
      </w:pPr>
    </w:p>
    <w:p>
      <w:pPr>
        <w:tabs>
          <w:tab w:pos="10224" w:val="right"/>
        </w:tabs>
        <w:spacing w:after="40"/>
      </w:pPr>
      <w:r>
        <w:rPr>
          <w:rFonts w:ascii="Arial" w:hAnsi="Arial"/>
          <w:b w:val="0"/>
          <w:color w:val="14161B"/>
          <w:sz w:val="18"/>
        </w:rPr>
        <w:t>Subtotal</w:t>
        <w:tab/>
        <w:t>$0.00</w:t>
      </w:r>
    </w:p>
    <w:p>
      <w:pPr>
        <w:tabs>
          <w:tab w:pos="10224" w:val="right"/>
        </w:tabs>
        <w:spacing w:after="40"/>
      </w:pPr>
      <w:r>
        <w:rPr>
          <w:rFonts w:ascii="Arial" w:hAnsi="Arial"/>
          <w:b w:val="0"/>
          <w:color w:val="14161B"/>
          <w:sz w:val="18"/>
        </w:rPr>
        <w:t>Tax</w:t>
        <w:tab/>
        <w:t>$0.00</w:t>
      </w:r>
    </w:p>
    <w:p>
      <w:pPr>
        <w:tabs>
          <w:tab w:pos="10224" w:val="right"/>
        </w:tabs>
        <w:spacing w:after="40"/>
      </w:pPr>
      <w:r>
        <w:rPr>
          <w:rFonts w:ascii="Arial" w:hAnsi="Arial"/>
          <w:b/>
          <w:color w:val="14161B"/>
          <w:sz w:val="22"/>
        </w:rPr>
        <w:t>Quote total</w:t>
        <w:tab/>
        <w:t>$0.00</w:t>
      </w:r>
    </w:p>
    <w:p>
      <w:pPr>
        <w:spacing w:before="240" w:after="40"/>
      </w:pPr>
      <w:r>
        <w:rPr>
          <w:rFonts w:ascii="Arial" w:hAnsi="Arial"/>
          <w:b/>
          <w:color w:val="5C6270"/>
          <w:sz w:val="14"/>
        </w:rPr>
        <w:t>NOTES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[Scope, exclusions and anything the client should know before approving.]</w:t>
      </w:r>
    </w:p>
    <w:p>
      <w:pPr>
        <w:spacing w:before="160" w:after="40"/>
      </w:pPr>
      <w:r>
        <w:rPr>
          <w:rFonts w:ascii="Arial" w:hAnsi="Arial"/>
          <w:b/>
          <w:color w:val="5C6270"/>
          <w:sz w:val="14"/>
        </w:rPr>
        <w:t>NEXT STEPS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[Reply to approve. A 50% deposit starts the work; the balance is due on delivery.]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5C6270"/>
        <w:sz w:val="14"/>
      </w:rPr>
      <w:t>BillCanvas · billcanvas.com/templates/   |   Replace bracketed text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4161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