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24" w:val="right"/>
        </w:tabs>
        <w:spacing w:after="0"/>
      </w:pPr>
      <w:r>
        <w:rPr>
          <w:rFonts w:ascii="Arial" w:hAnsi="Arial"/>
          <w:b/>
          <w:color w:val="2B4BD8"/>
          <w:sz w:val="48"/>
        </w:rPr>
        <w:t>TIMESHEET</w:t>
      </w:r>
      <w:r>
        <w:rPr>
          <w:rFonts w:ascii="Arial" w:hAnsi="Arial"/>
          <w:b w:val="0"/>
          <w:color w:val="5C6270"/>
          <w:sz w:val="14"/>
        </w:rPr>
        <w:tab/>
        <w:t xml:space="preserve">Timesheet no.  </w:t>
      </w:r>
      <w:r>
        <w:rPr>
          <w:rFonts w:ascii="Arial" w:hAnsi="Arial"/>
          <w:b/>
          <w:color w:val="14161B"/>
          <w:sz w:val="18"/>
        </w:rPr>
        <w:t>[TS-0001]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Week ending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Submit by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spacing w:before="40" w:after="160"/>
        <w:pBdr>
          <w:bottom w:val="single" w:sz="6" w:color="E4E5EA"/>
        </w:pBdr>
      </w:pP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5C6270"/>
          <w:sz w:val="14"/>
        </w:rPr>
        <w:t>FROM</w:t>
      </w:r>
      <w:r>
        <w:rPr>
          <w:rFonts w:ascii="Arial" w:hAnsi="Arial"/>
          <w:b/>
          <w:color w:val="5C6270"/>
          <w:sz w:val="14"/>
        </w:rPr>
        <w:tab/>
        <w:t>CLIENT</w:t>
      </w: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14161B"/>
          <w:sz w:val="20"/>
        </w:rPr>
        <w:t>[Your business name]</w:t>
      </w:r>
      <w:r>
        <w:rPr>
          <w:rFonts w:ascii="Arial" w:hAnsi="Arial"/>
          <w:b/>
          <w:color w:val="14161B"/>
          <w:sz w:val="20"/>
        </w:rPr>
        <w:tab/>
        <w:t>[Client name]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[Street address]</w:t>
      </w:r>
      <w:r>
        <w:rPr>
          <w:rFonts w:ascii="Arial" w:hAnsi="Arial"/>
          <w:b w:val="0"/>
          <w:color w:val="5C6270"/>
          <w:sz w:val="17"/>
        </w:rPr>
        <w:tab/>
        <w:t>[Billing address]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[City, State ZIP]</w:t>
      </w:r>
      <w:r>
        <w:rPr>
          <w:rFonts w:ascii="Arial" w:hAnsi="Arial"/>
          <w:b w:val="0"/>
          <w:color w:val="5C6270"/>
          <w:sz w:val="17"/>
        </w:rPr>
        <w:tab/>
        <w:t>[City, State ZIP]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[email@yourbusiness.com]</w:t>
      </w:r>
      <w:r>
        <w:rPr>
          <w:rFonts w:ascii="Arial" w:hAnsi="Arial"/>
          <w:b w:val="0"/>
          <w:color w:val="5C6270"/>
          <w:sz w:val="17"/>
        </w:rPr>
        <w:tab/>
        <w:t>[ap@client.com]</w:t>
      </w:r>
    </w:p>
    <w:p>
      <w:pPr>
        <w:spacing w:before="0" w:after="1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5112"/>
        <w:gridCol w:w="1152"/>
        <w:gridCol w:w="1152"/>
        <w:gridCol w:w="1440"/>
      </w:tblGrid>
      <w:tr>
        <w:tc>
          <w:tcPr>
            <w:tcW w:type="dxa" w:w="2045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DATE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WORK PERFORMED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HOURS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RATE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AMOUNT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136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51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[Task]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0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</w:tbl>
    <w:p>
      <w:pPr>
        <w:spacing w:before="0" w:after="40"/>
      </w:pP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Total hours</w:t>
        <w:tab/>
        <w:t>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/>
          <w:color w:val="14161B"/>
          <w:sz w:val="22"/>
        </w:rPr>
        <w:t>Total due</w:t>
        <w:tab/>
        <w:t>$0.00</w:t>
      </w:r>
    </w:p>
    <w:p>
      <w:pPr>
        <w:spacing w:before="240" w:after="40"/>
      </w:pPr>
      <w:r>
        <w:rPr>
          <w:rFonts w:ascii="Arial" w:hAnsi="Arial"/>
          <w:b/>
          <w:color w:val="5C6270"/>
          <w:sz w:val="14"/>
        </w:rPr>
        <w:t>NOTES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Hours are rounded to the nearest 15 minutes. Breaks and non-project admin time are excluded.</w:t>
      </w:r>
    </w:p>
    <w:p>
      <w:pPr>
        <w:spacing w:before="160" w:after="40"/>
      </w:pPr>
      <w:r>
        <w:rPr>
          <w:rFonts w:ascii="Arial" w:hAnsi="Arial"/>
          <w:b/>
          <w:color w:val="5C6270"/>
          <w:sz w:val="14"/>
        </w:rPr>
        <w:t>BILLING NOTE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These hours are billed on the next invoice. Flag anything that looks wrong before it is invoiced.</w:t>
      </w:r>
    </w:p>
    <w:p>
      <w:pPr>
        <w:spacing w:before="0" w:after="200"/>
      </w:pPr>
    </w:p>
    <w:p>
      <w:pPr>
        <w:tabs>
          <w:tab w:pos="3456" w:val="left"/>
          <w:tab w:pos="6912" w:val="left"/>
        </w:tabs>
        <w:spacing w:after="20"/>
      </w:pPr>
      <w:r>
        <w:rPr>
          <w:rFonts w:ascii="Arial" w:hAnsi="Arial"/>
          <w:b w:val="0"/>
          <w:color w:val="5C6270"/>
          <w:sz w:val="18"/>
        </w:rPr>
        <w:t>______________________________</w:t>
        <w:tab/>
        <w:t>______________________________</w:t>
        <w:tab/>
        <w:t>______________________________</w:t>
      </w:r>
    </w:p>
    <w:p>
      <w:pPr>
        <w:tabs>
          <w:tab w:pos="3456" w:val="left"/>
          <w:tab w:pos="6912" w:val="left"/>
        </w:tabs>
        <w:spacing w:after="0"/>
      </w:pPr>
      <w:r>
        <w:rPr>
          <w:rFonts w:ascii="Arial" w:hAnsi="Arial"/>
          <w:b w:val="0"/>
          <w:color w:val="5C6270"/>
          <w:sz w:val="14"/>
        </w:rPr>
        <w:t>Contractor</w:t>
        <w:tab/>
        <w:t>Client approval</w:t>
        <w:tab/>
        <w:t>Date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C6270"/>
        <w:sz w:val="14"/>
      </w:rPr>
      <w:t>BillCanvas · billcanvas.com/templates/timesheet-word/   |   Replace bracketed text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6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